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DM Sans" w:hAnsi="DM Sans"/>
          <w:b/>
          <w:color w:val="000000"/>
          <w:sz w:val="20"/>
        </w:rPr>
        <w:t>Launch Horizon HQ   |   Full collection for owner review   |   2 November 2026</w:t>
      </w:r>
    </w:p>
    <w:p>
      <w:pPr>
        <w:pStyle w:val="Title"/>
        <w:spacing w:after="240"/>
      </w:pPr>
      <w:r>
        <w:rPr>
          <w:rFonts w:ascii="DM Sans" w:hAnsi="DM Sans"/>
          <w:b w:val="0"/>
          <w:color w:val="000000"/>
        </w:rPr>
        <w:t>Launch Horizon HQ activity worksheets</w:t>
      </w:r>
    </w:p>
    <w:p>
      <w:pPr>
        <w:pStyle w:val="Subtitle"/>
        <w:spacing w:after="280"/>
      </w:pPr>
      <w:r>
        <w:rPr>
          <w:rFonts w:ascii="DM Sans" w:hAnsi="DM Sans"/>
          <w:b w:val="0"/>
          <w:color w:val="000000"/>
        </w:rPr>
        <w:t>Space for your own version</w:t>
      </w:r>
    </w:p>
    <w:p>
      <w:pPr>
        <w:spacing w:after="280"/>
      </w:pPr>
      <w:r>
        <w:rPr>
          <w:rFonts w:ascii="DM Sans" w:hAnsi="DM Sans"/>
          <w:b w:val="0"/>
          <w:color w:val="000000"/>
          <w:sz w:val="24"/>
        </w:rPr>
        <w:t>Use these pages beside the activity book or website. Draw, write or make notes. Blank spaces are invitations, not questions you must answer.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Choose a starting point</w:t>
      </w:r>
    </w:p>
    <w:p>
      <w:pPr>
        <w:spacing w:after="160"/>
      </w:pPr>
      <w:r>
        <w:rPr>
          <w:rFonts w:ascii="DM Sans" w:hAnsi="DM Sans"/>
          <w:b/>
          <w:color w:val="000000"/>
          <w:sz w:val="24"/>
        </w:rPr>
        <w:t>Three activities in each of twenty subjects</w:t>
      </w:r>
    </w:p>
    <w:p>
      <w:pPr>
        <w:spacing w:after="240"/>
      </w:pPr>
      <w:r>
        <w:rPr>
          <w:rFonts w:ascii="DM Sans" w:hAnsi="DM Sans"/>
          <w:b w:val="0"/>
          <w:color w:val="000000"/>
          <w:sz w:val="22"/>
        </w:rPr>
        <w:t>Art, Astronomy, Biology, Chemistry, Computing, Design, Ecology, Engineering, Film &amp; Animation, Games, Geography, History, Languages, Mathematics, Music, Philosophy, Physics, Sport &amp; Movement, Storytelling, Zoology.</w:t>
      </w:r>
    </w:p>
    <w:p>
      <w:pPr>
        <w:spacing w:after="200"/>
      </w:pPr>
      <w:r>
        <w:rPr>
          <w:rFonts w:ascii="DM Sans" w:hAnsi="DM Sans"/>
          <w:b w:val="0"/>
          <w:color w:val="000000"/>
          <w:sz w:val="22"/>
        </w:rPr>
        <w:t>Use the activity names and IDs to find a matching worksheet or a small individual PDF. You do not need to work through this collection in order.</w:t>
      </w:r>
    </w:p>
    <w:p>
      <w:pPr>
        <w:spacing w:after="200"/>
      </w:pPr>
      <w:r>
        <w:rPr>
          <w:rFonts w:ascii="DM Sans" w:hAnsi="DM Sans"/>
          <w:b w:val="0"/>
          <w:color w:val="000000"/>
        </w:rPr>
        <w:t>Use any page that interests you. There is no order to complete, score to reach or personal story to share. You can change direction, work in another way or stop.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Use the space that helps</w:t>
      </w:r>
    </w:p>
    <w:p>
      <w:pPr>
        <w:spacing w:after="140"/>
      </w:pPr>
      <w:r>
        <w:rPr>
          <w:rFonts w:ascii="DM Sans" w:hAnsi="DM Sans"/>
          <w:b w:val="0"/>
          <w:color w:val="000000"/>
        </w:rPr>
        <w:t>You can change a heading, use a separate sheet, dictate a response or leave a space blank. The editable document is ordinary text; saving typed answers follows your app and storage settings.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01   Matching worksheet   |   art-two-moods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One doorway two possibilities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How much can one line choice change the way an image is read?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reference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Sketch the same scene twice, or describe the supplied doorway.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One deliberate change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feature changes, and which features stay similar?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I can see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Describe a visible difference without guessing a feeling.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possible reading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might the change communicate? Add another interpretation if you want.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02   Matching worksheet   |   art-marks-and-texture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A texture made of marks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How can repeated marks suggest a surface without copying a photograph?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mark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Sketch or name the repeated mark.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Two arrangements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Keep the count similar; change how the marks are spaced.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Visible difference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Describe what you can point to before interpreting it.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possible surface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might the marks suggest? A different reading can remain open.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03   Matching worksheet   |   art-viewpoint-study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Three views of an invented object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does each viewpoint reveal or leave hidden?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Object specification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Keep the width 4, height 3, depth 2 and face markings together.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three views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Sketch or describe front, right and top.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Visible or hidden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Where can each supplied marking be shown?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Still unspecified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one feature the model does not tell you.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04   Matching worksheet   |   astronomy-scale-labels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A space map with honest scale labels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comparisons can one small Solar System drawing show accurately?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scale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Write how much paper distance represents 1 AU.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conversions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Calculate or copy Earth 2 cm, Mars 3 cm and Jupiter 10.4 cm.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labelled line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Start all distances from the same Sun reference.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the model omits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a size, direction or timing detail it does not show.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05   Matching worksheet   |   astronomy-moon-model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Read a Moon phase model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can a labelled paper model explain about the Moon's changing appearance?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Where the light comes from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Draw or describe sunlight travelling from left to right.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Two illuminated halves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Keep each Moon’s Sun-facing half lit.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view from Earth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Compare what the observer can see at A and B.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correction or limit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Explain why ‘Earth’s shadow makes every phase’ does not fit this model.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06   Matching worksheet   |   astronomy-planet-signal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Find a pattern in an invented star signal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might a repeated dip suggest, and what would still need checking?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data or graph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Keep the eleven times and readings together.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repeats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Identify low readings and calculate the gaps.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prediction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State the ‘if’ condition and mark the unobserved next time.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next check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extra evidence would help investigate a real signal?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07   Matching worksheet   |   biology-leaf-models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Compare two leaf diagrams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features are visible and which functions need a reference?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visible features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Describe the outline and line arrangement.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B visible features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Compare the second outline and its lines.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Reference knowledge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Label one function that requires information beyond the drawing.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is still unknown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a question that neither model settles.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08   Matching worksheet   |   biology-cell-analogy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Where a cell analogy stops working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How can an everyday comparison explain a cell without becoming misleading?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pairing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Choose one structure and one everyday comparison.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it helps explain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the specific shared function.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Where it fails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Describe a difference the comparison must not hide.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better label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Complete ‘helps explain… but does not mean…’.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09   Matching worksheet   |   biology-growth-record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Read an invented growth log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does a small growth table support, and what cannot it tell us?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complete record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Keep days and centimetres attached to both rows.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Changes from the start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Find the day 0 to day 4 change for A and B.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Another interval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Compare the changes from day 2 to 4.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An unanswered cause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condition or extra record would you need before explaining the difference?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10   Matching worksheet   |   chemistry-particle-pages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Three particle pictures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How can symbols explain states of matter while showing a model's limits?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Same symbols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Count the dots and state what they represent.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Different arrangements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Describe one visible difference between two boxes.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Motion not visible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Add a short motion explanation or an explicitly labelled arrow.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model limit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one detail these drawings do not measure.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11   Matching worksheet   |   chemistry-material-cards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Choose a material from evidence cards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stated properties matter for an invented design brief?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brief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State which criteria are required and whether use is dry.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evidence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Keep the yes, no and unknown entries for cards A, B and C separate.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First decision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card meets both original requirements, and why?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Changed requirement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happens when water resistance becomes essential?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12   Matching worksheet   |   chemistry-separation-plan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Plan a separation on paper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property would a proposed separation use, and what remains assumed?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Input and rules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both components and state what the model filter catches.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Caught output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Account for the four chip symbols.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Passed through output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Keep the water and six salt symbols together.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is not solved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Explain which separation goal remains open.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13   Matching worksheet   |   computing-paper-robot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Debug a paper robot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Where does an instruction sequence first stop matching its goal?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starting state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Mark the start square, facing direction, goal and blocked square.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first trace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After each command, record square and direction. Where does the first blocked move occur?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repair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Write a new sequence and trace it from the original starting state.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I have checked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State what the trace demonstrates. Name one changed starting case I have not checked.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14   Matching worksheet   |   computing-pixel-message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Encode a tiny pixel picture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Can someone rebuild a small image from an unambiguous written code?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Header and legend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State width, height, reading order and 0/1 meanings.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decoded grid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Copy or describe the dark and white cells.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round trip check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Read all four rows back to the code.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One deliberate change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Record which bit changes and which cell it affects.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15   Matching worksheet   |   computing-mini-index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Build a six card search index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makes a paper search return a useful match?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collection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Keep the six card letters and titles together.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index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List each distinct title word with its matching letters.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query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Apply one word or an explicitly stated AND query.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Meaning of no match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Explain what the result says about this rule and collection.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16   Matching worksheet   |   design-symbol-legend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A symbol that explains itself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instructions help an unfamiliar icon communicate its meaning?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function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Describe the single action my symbol represents.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Symbol plus words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Keep the label beside the symbol.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second appearance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Use the same meaning on another paper screen.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Possible ambiguity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could a new reader misunderstand, and which label would help?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17   Matching worksheet   |   design-packaging-plan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Sketch a small package net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folds and labels would another person need to understand the design?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labelled net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Keep the six face positions and equal side lengths clear.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folding explanation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Describe how one side joins Base and how Lid reaches the opening.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Opposite faces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one or all three opposite pairs.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needs more design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Add a question about tabs, thickness, closure or intended use.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18   Matching worksheet   |   design-clear-poster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Make an invented poster easier to read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layout change helps a reader find one important detail?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Facts to preserve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Keep the four supplied statements unchanged in meaning.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Version A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Use one paragraph or inspect the supplied paragraph.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Version B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Create a heading and short, grouped detail lines.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reasoned revision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structural choice helps locate one detail, and what would need testing?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19   Matching worksheet   |   ecology-food-web-model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A food web with labelled assumptions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How do arrows and evidence change the meaning of a simple food web?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key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State exactly what an arrow means.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supplied web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Draw or list the five solid links.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proposed link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Keep a hypothesis visually distinct and labelled.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remains open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information needed before making a stronger claim.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20   Matching worksheet   |   ecology-microhabitat-map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Map a fictional microhabitat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small differences would be useful to record before making an explanation?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map key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Keep square area, row order and P meaning explicit.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four records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Attach light, moisture and count to each square.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One pattern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Describe a supported difference without naming its cause.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next question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extra repeated information would make comparison more useful?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21   Matching worksheet   |   ecology-record-quality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What makes a useful species record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details turn an invented sighting note into a clearer record without guessing an identity?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the source supplies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Copy the slip’s time, place, count and described features.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the draft added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Identify the unsupported species claim.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corrected record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Use the source details and an honest identity label.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next check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a source check without inventing or submitting a record.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22   Matching worksheet   |   engineering-paper-bridge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What can one fold change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How can I compare two paper shapes without claiming more than I tested?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two versions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Sketch A flat and B with a shallow lengthways V. Label the supports and gap.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stays the same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List the paper, gap, pads and observation you will keep consistent.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observations or open questions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Record A and B separately. Mark a prediction, fictional entry or unknown clearly.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careful conclusion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does this comparison show? What does it leave untested?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23   Matching worksheet   |   engineering-mechanism-map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Explain an invented mechanism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How can a sequence of labelled drawings show where motion goes?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parts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Label the input, contact and output.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Direction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direction does each gear turn, under the stated rule?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Turn comparison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How far does B turn when A makes one or two turns?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Model limit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would need checking before a real mechanism could be built?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24   Matching worksheet   |   engineering-flow-plan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A flow network on paper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does a branching network allow, and where could a bottleneck appear?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network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Draw the branches and their limits.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Turn 1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How many arrive, leave and wait?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Turn 2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Include the waiting token before adding new arrivals.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One revision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capacity changes, and what happens from an empty start?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25   Matching worksheet   |   film-six-shot-story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Tell a small story in six shots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information does each frame give the viewer?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change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is different between the opening and ending?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Six panels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Draw or label what each shot shows.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New information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panel adds something the viewer needs?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possible gap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might a viewer still need to understand?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26   Matching worksheet   |   film-timing-cards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Change the timing of an invented sequence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How can the same drawn action suggest a different pace?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Fixed drawings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positions stay identical?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Timing A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Write the duration of each position and the total.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Timing B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Mark exactly which hold changes.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interpretation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might the longer pause suggest, and what is directly shown?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27   Matching worksheet   |   film-silent-sound-plan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Plan a soundscape without recording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would a sound cue add that a picture leaves open?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Fixed picture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happens at 0, 2 and 4 seconds?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Cue A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each sound and its timing, including silence.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Cue B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Change one cue while keeping the picture fixed.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it adds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could a sound imply that the picture does not establish?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28   Matching worksheet   |   games-change-one-rule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Change one movement rule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changes when a puzzle allows diagonal moves?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board and rules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Copy the grid or label the example. What counts as one move?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First route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Draw or list a route using only up, down, left and right. Count the moves.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One changed rule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Add diagonals. Record a route without landing on the blocked square.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follows from the change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became possible? What stayed the same? Leave any untested claim as a question.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29   Matching worksheet   |   games-maze-clues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A maze with a readable clue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How can a clue help a player without silently solving the puzzle?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rules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Label start, finish, blocked squares and allowed moves.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checked route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Trace and count a route that obeys every rule.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clue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does the hint reveal, and what choice remains?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second route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Can a different route satisfy the same clue?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30   Matching worksheet   |   games-cooperative-rules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Design a cooperative paper puzzle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rule makes two fictional roles useful without requiring competition?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shared goal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must the finished arrangement satisfy?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Rule A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information does the first card provide?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Rule B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does the second card add?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revision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Change one rule and check a new arrangement against both cards.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31   Matching worksheet   |   geography-map-scale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Scale an imaginary island map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distances can I calculate from a clearly stated scale?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scale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How much model distance does one grid square represent?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First leg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Count A to B and convert to metres.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Second leg and total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Convert B to C, then add the two route legs.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clear label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distances did I calculate, and which remain unknown?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32   Matching worksheet   |   geography-contour-story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Read the shape of a drawn hill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do contour spacing and height labels tell us about a landscape model?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contour interval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height difference separates neighbouring lines?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Equal height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Choose two points on one line. What height do they share?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Spacing comparison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side is steeper, and which visible detail supports that?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An unknown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cannot be calculated or inferred from this drawing?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33   Matching worksheet   |   geography-route-choice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Compare two invented transport routes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makes a route useful when distance is only one consideration?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alternatives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Write each route’s distance, given time and feature.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criterion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is this fictional traveller trying to prioritise?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supported choice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route fits that criterion, and why?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Missing information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one detail needed before making a real-world recommendation.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34   Matching worksheet   |   history-object-clues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An object and three possible explanations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details support an explanation of an invented historical object?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Visible or supplied details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List details before proposing a use.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Three possibilities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alternative explanations that could fit the drawing.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Support and doubt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clue supports an idea, and why is it not decisive?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Next evidence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further record would help distinguish the explanations?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35   Matching worksheet   |   history-timeline-choices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A timeline with honest gaps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How can I order supplied records while making missing information visible?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Record dates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date belongs to each supplied record?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Supported order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Arrange the three dated records.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An honest gap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Show where the revision can go without choosing an exact year.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Careful caption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can the set establish, and what would be an overclaim?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36   Matching worksheet   |   history-picture-labels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Separate a picture from its caption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claim comes from visible detail and which depends on a record?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I can point to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List visible details without a date guess.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Claim made by the record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does the separate note say, and who wrote it?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An unsupported addition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part of Opening day is not supplied by evidence?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careful label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Write a description that attributes the note and keeps uncertainty visible.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37   Matching worksheet   |   languages-punctuation-choice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One sentence two readings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How can punctuation change the way an invented message is understood?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Two versions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Copy or point to both versions with the same words.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addressed listener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version speaks to Pip?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pictured subject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version asks for a picture of Pip?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clearer message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How could a short explanation make the intended task obvious?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38   Matching worksheet   |   languages-invented-word-rules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Find a rule in invented words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pattern can a small set of made-up words support?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Observed pairs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Mark the shared and changed parts in both supplied pairs.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rule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State a rule no broader than the examples support.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prediction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Use the new one-star label to predict a two-star label.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An unknown case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further card would separate a pair rule from a general plural rule?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39   Matching worksheet   |   languages-meaning-options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Two ways to express one idea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part of a meaning survives when the wording changes?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Required details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List timing, object and destination.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matching version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details survive in the first paraphrase?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changed version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Point to at least one changed requirement in the second.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wording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Choose a fictional audience and write a version that keeps the needed details.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40   Matching worksheet   |   mathematics-tiling-rules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A tiling pattern with a rule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How can a repeated shape cover a region without gaps or overlaps?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region and tile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Label the 6-by-4 region and a two-square domino.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placement rule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Mark tile boundaries. How did I check for gaps and overlaps?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Two counts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Count tiles by rows or columns, then check their total area.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my evidence shows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region have I covered? What would need a new check?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41   Matching worksheet   |   mathematics-chart-choices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Two charts from the same invented table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display choices change an impression without changing the values?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fictional table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Record all three values and label them invented.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two scales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State each count-axis range and equal step size.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numerical check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Find C − A on both charts. Did the underlying result change?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display choice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display helps my stated purpose, and which labels must stay visible?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42   Matching worksheet   |   mathematics-fraction-models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Show one fraction two ways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must stay the same for two fraction pictures to be equivalent?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whole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Label what counts as one whole in each picture.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equal parts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Show four equal parts and eight equal parts. State what each part represents.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equivalence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Mark the shaded parts and explain 3/4 = 6/8 with a calculation or matching endpoints.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Proportion or amount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Explain why 3/4 of 12 cm and 3/4 of 8 cm have different lengths without being different fractions.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43   Matching worksheet   |   music-pattern-remix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Remix an eight cell rhythm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Can two rhythms have the same length and number of sounds but different patterns?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legend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State the reading direction, half-beat cell length and meanings of X and dot.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Pattern A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Draw eight cells and copy or create a pattern. Count its sound beginnings.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Pattern B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Move one X into an empty cell. Record exactly which cell changed.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Same and different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Compare total beats, number of sounds and where each sound begins.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44   Matching worksheet   |   music-graphic-score-key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Write a graphic score legend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must a reader know before a symbol becomes a musical instruction?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symbol key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State each symbol’s duration and whether it starts sound or silence.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time trace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Mark the start and end of each symbol, including silence.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One changed order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Keep the key and total duration fixed; show what changed.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detail left free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could two readers legitimately do differently?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45   Matching worksheet   |   music-sound-design-brief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An imagined instrument on paper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design choices would need checking before claiming a particular sound?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design and aim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Label the sound-producing part and one intended effect.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conditional prediction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Write what might change and the conditions you assumed.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stays unknown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Separate pitch, loudness and timbre questions.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Evidence I would need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Plan a controlled check without inventing observations.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46   Matching worksheet   |   philosophy-claims-check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A claim a reason and a question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would make an invented explanation stronger or weaker?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Claim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Write the exact scope word: every, some or only these records.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Reason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supplied records support it, and how?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Challenging evidence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Does the new record really fall within the claim?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Revised statement and question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Say what the records establish and what remains open.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47   Matching worksheet   |   philosophy-counterexample-cards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Find a shape that breaks a rule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can one clear counterexample show about an ‘all’ claim?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exact all claim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the category and the property being asserted.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candidate exception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Show that it belongs to the category.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broken property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Explain exactly which required property fails.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careful conclusion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Use “not all” without changing it to “none”.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48   Matching worksheet   |   philosophy-definition-game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A definition that needs revising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When does an invented category become too broad or too narrow?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Intended examples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cards must be included?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Too broad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unwanted card slips through my first rule?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Too narrow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intended card is wrongly excluded?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Revised definition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State boundary and quantity words so another reader can decide.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49   Matching worksheet   |   physics-friction-record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Read an invented friction comparison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variables need controlling before a surface comparison is useful?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model conditions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List the conditions the comparison assumes are unchanged.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fictional table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Copy each entry and label both the invented status and N unit.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calculation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Calculate the two means and their difference, or check the supplied working.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remains unchecked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one real measurement or control the table cannot establish.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50   Matching worksheet   |   physics-light-model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Explain a drawn shadow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How can a ray diagram show what a shadow model assumes?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geometry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Label source, block, screen and the two source distances.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edge rays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Show each line skimming one block edge and meeting the screen.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calculated shadow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Record the upper and lower screen coordinates and shadow height.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Limits of my model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one assumption and how changing it could change the drawing’s prediction.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51   Matching worksheet   |   physics-energy-chain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An energy transfer explanation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transfers belong in a clear model of an invented machine?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boundary and interval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Label the battery, wheel, device and room included in this invented account.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decrease and destinations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Record the battery decrease and each stated destination, all in J.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balance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Check the 100 J transfer total and the 140 J complete before/after total.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explanation and limit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Distinguish the sound transfer from its final thermal destination. What has not been measured?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52   Matching worksheet   |   sport-inclusive-game-plan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Design a game with more than one way to join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rule changes create a real participation choice?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Objective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must any completed route include?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Restriction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original rule unnecessarily limits how a move is communicated?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Equivalent options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Show two modes that convey the same complete choice.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Still to ask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one remaining clarity or access question without assuming an answer.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53   Matching worksheet   |   sport-sequence-map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Explain a movement sequence on paper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order and timing information would a diagram need?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Positions and start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Label the coordinate convention and initial position.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Order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Draw the arrows for each schedule.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Arrival times and intervals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Subtract consecutive times; keep units visible.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Missing information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movement detail is not fixed by the three position records?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54   Matching worksheet   |   sport-scoring-model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What does a scoring rule reward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How can the same fictional play produce different results under two scoring systems?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Raw record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Keep near/far counts separate from point totals.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System 1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Show the calculation for each route.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System 2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Show weights, multiplication and totals.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What the rule rewards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Explain the changed comparison and one thing neither score measures.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55   Matching worksheet   |   storytelling-three-openings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Three openings for one invented story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does each beginning invite a reader to wonder about?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Shared facts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facts must every version preserve?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First information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does each opening reveal first?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alternative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Write, draw or dictate a new entry point.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connected next line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introduced detail does the next line develop?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56   Matching worksheet   |   storytelling-two-viewpoints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The same small event from two viewpoints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details change when an invented narrator changes?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Fixed event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List what happened independently of either telling.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Access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What can each narrator see, hear or not know?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short version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Stay within one selected narrator’s access.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Observation and inference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Label one observed detail and one uncertain interpretation.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57   Matching worksheet   |   storytelling-world-rule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One world rule three consequences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How does an invented rule create connected story possibilities?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rule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State what changes, when and what stays fixed.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Three consequences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For each, show the connection back to the rule.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choice for a character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Write or draw a small situation affected by it.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Consistency check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sentence would require an explicit rule revision?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58   Matching worksheet   |   zoology-evidence-cards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Sort animal clues without guessing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happens when a grouping rule meets a missing detail?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four cards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Write or sketch the supplied features. Mark D's hidden covering as unknown.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Rule one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Group by covering. Which card needs an unknown place?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Rule two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Group by stripes or spots. Which cards change companions?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Supported and unanswered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Write one supported statement and one question these descriptions cannot settle.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59   Matching worksheet   |   zoology-beak-evidence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A beak drawing and a function question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What can shape alone suggest, and what needs a checked reference?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Visible model information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Record dimensions, units and how each was defined.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My calculation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Show length divided by width for each model.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tentative function question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Keep a possible idea distinct from an established fact.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Missing evidence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Name a suitable reference or observation; no animal interaction is needed.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p>
      <w:r>
        <w:br w:type="page"/>
      </w:r>
    </w:p>
    <w:p>
      <w:pPr>
        <w:spacing w:after="160"/>
      </w:pPr>
      <w:r>
        <w:rPr>
          <w:rFonts w:ascii="DM Sans" w:hAnsi="DM Sans"/>
          <w:b/>
          <w:color w:val="000000"/>
          <w:sz w:val="20"/>
        </w:rPr>
        <w:t>60   Matching worksheet   |   zoology-movement-model</w:t>
      </w:r>
    </w:p>
    <w:p>
      <w:pPr>
        <w:pStyle w:val="Heading1"/>
        <w:spacing w:after="160"/>
      </w:pPr>
      <w:r>
        <w:rPr>
          <w:rFonts w:ascii="DM Sans" w:hAnsi="DM Sans"/>
          <w:b w:val="0"/>
          <w:color w:val="000000"/>
        </w:rPr>
        <w:t>Invent a creature with a labelled inspiration</w:t>
      </w:r>
    </w:p>
    <w:p>
      <w:pPr>
        <w:spacing w:after="220"/>
      </w:pPr>
      <w:r>
        <w:rPr>
          <w:rFonts w:ascii="DM Sans" w:hAnsi="DM Sans"/>
          <w:b/>
          <w:color w:val="000000"/>
          <w:sz w:val="24"/>
        </w:rPr>
        <w:t>Which movement idea is researched and which part belongs to invention?</w:t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Researched note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Paraphrase one supplied research statement with its source.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Invented design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Label the parts and what I propose they might do.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The boundary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Which claim would go beyond the research?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pStyle w:val="Heading2"/>
        <w:spacing w:after="160"/>
      </w:pPr>
      <w:r>
        <w:rPr>
          <w:rFonts w:ascii="DM Sans" w:hAnsi="DM Sans"/>
          <w:b w:val="0"/>
          <w:color w:val="000000"/>
        </w:rPr>
        <w:t>A check still needed</w:t>
      </w:r>
    </w:p>
    <w:p>
      <w:pPr>
        <w:spacing w:after="100"/>
      </w:pPr>
      <w:r>
        <w:rPr>
          <w:rFonts w:ascii="DM Sans" w:hAnsi="DM Sans"/>
          <w:b w:val="0"/>
          <w:color w:val="000000"/>
          <w:sz w:val="21"/>
        </w:rPr>
        <w:t>State an unanswered feasibility question without inventing a result.</w:t>
      </w:r>
    </w:p>
    <w:p>
      <w:pPr>
        <w:spacing w:after="140" w:line="240" w:lineRule="auto"/>
        <w:pBdr>
          <w:bottom w:val="single" w:sz="4" w:space="1" w:color="D9D9D9"/>
        </w:pBdr>
      </w:pPr>
      <w:r>
        <w:rPr>
          <w:rFonts w:ascii="DM Sans" w:hAnsi="DM Sans"/>
          <w:b w:val="0"/>
          <w:color w:val="000000"/>
          <w:sz w:val="22"/>
        </w:rPr>
        <w:br/>
        <w:br/>
        <w:br/>
      </w:r>
    </w:p>
    <w:p>
      <w:pPr>
        <w:spacing w:after="0"/>
      </w:pPr>
      <w:r>
        <w:rPr>
          <w:rFonts w:ascii="DM Sans" w:hAnsi="DM Sans"/>
          <w:b w:val="0"/>
          <w:color w:val="000000"/>
          <w:sz w:val="18"/>
        </w:rPr>
        <w:t>Keep it, change it or leave it here. Sharing is optional.</w:t>
      </w:r>
    </w:p>
    <w:sectPr w:rsidR="00FC693F" w:rsidRPr="0006063C" w:rsidSect="00034616">
      <w:footerReference w:type="default" r:id="rId9"/>
      <w:pgSz w:w="11905" w:h="16838"/>
      <w:pgMar w:top="922" w:right="1094" w:bottom="893" w:left="1094" w:header="331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DM Sans" w:hAnsi="DM Sans"/>
        <w:b w:val="0"/>
        <w:color w:val="555555"/>
        <w:sz w:val="16"/>
      </w:rPr>
      <w:t xml:space="preserve">Launch Horizon HQ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DM Sans" w:hAnsi="DM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keepNext/>
      <w:tabs>
        <w:tab w:val="center" w:pos="4680"/>
        <w:tab w:val="right" w:pos="9360"/>
      </w:tabs>
      <w:spacing w:after="140" w:line="264" w:lineRule="auto"/>
    </w:pPr>
    <w:rPr>
      <w:rFonts w:ascii="DM Sans" w:hAnsi="DM Sans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4" w:lineRule="auto"/>
      <w:outlineLvl w:val="0"/>
    </w:pPr>
    <w:rPr>
      <w:rFonts w:asciiTheme="majorHAnsi" w:eastAsiaTheme="majorEastAsia" w:hAnsiTheme="majorHAnsi" w:cstheme="majorBidi" w:ascii="DM Sans" w:hAnsi="DM Sans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4" w:lineRule="auto"/>
      <w:outlineLvl w:val="1"/>
    </w:pPr>
    <w:rPr>
      <w:rFonts w:asciiTheme="majorHAnsi" w:eastAsiaTheme="majorEastAsia" w:hAnsiTheme="majorHAnsi" w:cstheme="majorBidi" w:ascii="DM Sans" w:hAnsi="DM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 w:line="264" w:lineRule="auto"/>
      <w:outlineLvl w:val="2"/>
    </w:pPr>
    <w:rPr>
      <w:rFonts w:asciiTheme="majorHAnsi" w:eastAsiaTheme="majorEastAsia" w:hAnsiTheme="majorHAnsi" w:cstheme="majorBidi" w:ascii="DM Sans" w:hAnsi="DM Sans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64" w:lineRule="auto"/>
      <w:contextualSpacing/>
    </w:pPr>
    <w:rPr>
      <w:rFonts w:asciiTheme="majorHAnsi" w:eastAsiaTheme="majorEastAsia" w:hAnsiTheme="majorHAnsi" w:cstheme="majorBidi" w:ascii="DM Sans" w:hAnsi="DM Sans"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40" w:line="264" w:lineRule="auto"/>
    </w:pPr>
    <w:rPr>
      <w:rFonts w:asciiTheme="majorHAnsi" w:eastAsiaTheme="majorEastAsia" w:hAnsiTheme="majorHAnsi" w:cstheme="majorBidi" w:ascii="DM Sans" w:hAnsi="DM Sans"/>
      <w:i/>
      <w:iCs/>
      <w:color w:val="000000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spacing w:line="264" w:lineRule="auto" w:after="140"/>
    </w:pPr>
    <w:rPr>
      <w:rFonts w:ascii="DM Sans" w:hAnsi="DM Sans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Launch Horizon HQ activity worksheets</dc:title>
  <dc:subject>Optional learning activities for independent exploration and individual mentoring</dc:subject>
  <dc:creator>Launch Horizon HQ</dc:creator>
  <cp:keywords>Launch Horizon HQ, youth choice, activities, printable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